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color w:val="C0392B"/>
        </w:rPr>
        <w:t>PENGUMUMAN</w:t>
      </w:r>
    </w:p>
    <w:p>
      <w:pPr>
        <w:jc w:val="center"/>
      </w:pPr>
      <w:r>
        <w:t>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b/>
          <w:sz w:val="28"/>
        </w:rPr>
        <w:t>PEMELIHARAAN SISTEM IT (MAINTENANCE)</w:t>
      </w:r>
    </w:p>
    <w:p/>
    <w:p>
      <w:r>
        <w:rPr>
          <w:b/>
          <w:sz w:val="22"/>
        </w:rPr>
        <w:t>Hari/Tanggal</w:t>
      </w:r>
      <w:r>
        <w:rPr>
          <w:sz w:val="22"/>
        </w:rPr>
        <w:t>: Wednesday, 22 July 2026</w:t>
      </w:r>
    </w:p>
    <w:p>
      <w:r>
        <w:rPr>
          <w:b/>
          <w:sz w:val="22"/>
        </w:rPr>
        <w:t>Waktu</w:t>
      </w:r>
      <w:r>
        <w:rPr>
          <w:sz w:val="22"/>
        </w:rPr>
        <w:t>: 23.00 – 24.00 WIB</w:t>
      </w:r>
    </w:p>
    <w:p>
      <w:r>
        <w:rPr>
          <w:b/>
          <w:sz w:val="22"/>
        </w:rPr>
        <w:t>Lokasi</w:t>
      </w:r>
      <w:r>
        <w:rPr>
          <w:sz w:val="22"/>
        </w:rPr>
        <w:t>: Server RS Budi Rahayu</w:t>
      </w:r>
    </w:p>
    <w:p/>
    <w:p>
      <w:r>
        <w:rPr>
          <w:sz w:val="22"/>
        </w:rPr>
        <w:t>Diberitahukan kepada seluruh karyawan RS Budi Rahayu bahwa akan dilaksanakan pemeliharaan sistem IT pada waktu tersebut di atas.</w:t>
        <w:br/>
        <w:br/>
        <w:t>Selama maintenance berlangsung, beberapa layanan mungkin tidak dapat diakses untuk sementara waktu. Dimohon untuk menyimpan pekerjaan sebelum jadwal maintenance dimulai.</w:t>
        <w:br/>
        <w:br/>
        <w:t>Atas perhatian dan kerjasamanya, kami ucapkan terima kasih.</w:t>
      </w:r>
    </w:p>
    <w:p/>
    <w:p>
      <w:pPr>
        <w:jc w:val="right"/>
      </w:pPr>
      <w:r>
        <w:rPr>
          <w:sz w:val="22"/>
        </w:rPr>
        <w:br/>
        <w:br/>
        <w:br/>
        <w:t>Tim IT</w:t>
        <w:br/>
        <w:t>RS Budi Rahayu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